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44%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110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100-500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76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特性：高光泽，快干，清澈</w:t>
      </w:r>
    </w:p>
    <w:p>
      <w:r>
        <w:t>应用：水性上光油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