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2016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2016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苯丙共聚乳液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木器涂层乳液 / Wood coating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化学类型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苯丙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48±2%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Tg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约22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约15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300-1000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7.5-8.5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阴离子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特性：粒径细，木毛升起小，显色性好，颜料润湿性佳，低VOC</w:t>
      </w:r>
    </w:p>
    <w:p>
      <w:r>
        <w:t>应用：木器底漆、着色底漆（刷涂、辊涂、喷涂）</w:t>
      </w:r>
    </w:p>
    <w:p>
      <w:r>
        <w:t>应用类别：木器涂层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来源：木器涂层乳液产品整理稿。数值和描述依照所提供产品文档整理，属于参考资料；文档未列出的指标未作推定。具体批次以供应方最新规格资料为准。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