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2018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2018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自交联丙烯酸乳液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木器涂层乳液 / Wood coating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化学类型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纯丙自交联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48±2%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Tg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约55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7.5-9.0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阴离子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特性：高硬度，耐刮擦，抗粘连，高光泽，耐化学性好，低VOC</w:t>
      </w:r>
    </w:p>
    <w:p>
      <w:r>
        <w:t>应用：高硬度木器面漆、地板清漆（刷涂、辊涂、喷涂）</w:t>
      </w:r>
    </w:p>
    <w:p>
      <w:r>
        <w:t>应用类别：木器涂层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来源：木器涂层乳液产品整理稿。数值和描述依照所提供产品文档整理，属于参考资料；文档未列出的指标未作推定。具体批次以供应方最新规格资料为准。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