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212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For PVC surface treatment, providing a matte effect with improved dry/wet rub resistance, weather resistance and flex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Soft matte effect.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dry/wet rub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Weather resistance and flex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 to provide a matte effect and improve dry/wet rub resistance, weather resistance and flex resistance. Dosage and process may be adjusted according to actual requirements.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212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适用于PVC表面处理，起到雾面，提高耐干湿擦性，耐候性，耐曲挠性。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柔软雾面效果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提高耐干湿擦性能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具有耐候性，耐曲挠性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适用于PVC革表面处理，起到雾面，提高耐干湿擦性能，耐候性，耐曲挠性，可根据实际需求调整用量和工艺。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212 TDS</dc:title>
  <dc:subject>Technical Data Sheet</dc:subject>
  <dc:creator>FAST / 富可耐</dc:creator>
  <cp:keywords>FAST, TDS, 212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