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215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For PVC surface treatment, providing a dry touch and low modulus while improving surface comfort, dryness and anti-blocking behavior.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anti-blocking behavior and hand comfort.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Increases dry-touch feel.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weather and light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to improve dryness and anti-blocking performance.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215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适用于PVC表面处理，具有增加干爽手感，低模量，可以改善革面手感舒适，提高革面干爽，粘连。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改进革面粘连，手感舒适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增加干爽手感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耐候性，耐光性能极佳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适用于PVC革表面处理，提高革面干爽，防粘连，可根据实际需求调整用量和工艺。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215 TDS</dc:title>
  <dc:subject>Technical Data Sheet</dc:subject>
  <dc:creator>FAST / 富可耐</dc:creator>
  <cp:keywords>FAST, TDS, 215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