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216  PVC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Materials for PVC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For PVC surface treatment, improving skin-like feel with a silky, soft and delicate touch.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skin-like surface feel.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Silky feel with excellent fullness.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Soft, delicate touch.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Medium-hard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PVC leather surface treatment to provide a skin-like, delicate and soft touch. Dosage and process may be adjusted according to actual requirements.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216  PVC表面处理剂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PVC专用水性材料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适用于PVC表面处理，可以提高革面肤感，带有丝滑，柔软，细腻的触感。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提高革面肤感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带有丝滑感，丰满度极好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柔软，细腻的触感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中硬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适用于PVC革表面处理，起到革面肤感，细腻，柔软的触感，可根据实际需求调整用量和工艺。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216 TDS</dc:title>
  <dc:subject>Technical Data Sheet</dc:subject>
  <dc:creator>FAST / 富可耐</dc:creator>
  <cp:keywords>FAST, TDS, 216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