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220  PVC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Materials for PVC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Medium-soft grade for PVC surface treatment, anti-blocking treatment and hand-feel adjustment.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Strong adhesion.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Weather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Yellowing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anti-blocking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Comfortable hand.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Medium-soft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PVC leather surface treatment, anti-blocking and hand-feel adjustment. Dosage and process may be adjusted according to actual requirements.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220  PVC表面处理剂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PVC专用水性材料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中软型，适用于PVC表面处理、防粘处理及手感调节。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附着力强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耐候性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耐黄变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防粘效果好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手感舒适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中软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适用于PVC革表面处理、防粘处理及手感调节，可根据实际需求调整用量和工艺。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220 TDS</dc:title>
  <dc:subject>Technical Data Sheet</dc:subject>
  <dc:creator>FAST / 富可耐</dc:creator>
  <cp:keywords>FAST, TDS, 220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