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228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Medium-hard grade for PVC surface treatment, designed to improve scratch and abrasion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scratch and scuff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abrasion resistance and smooth feel.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rebound.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 in abrasion- and scratch-resistant coating systems. Dosage should be adjusted according to process and formulation.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228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中硬型，适用于PVC表面处理、提高耐刮性，耐磨性。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提高抗划伤，耐刮性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增加耐磨性，平滑感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回弹性极佳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适用于PVC革表面处理、具有耐磨耐刮涂层中，根据工艺和配方而定量。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228 TDS</dc:title>
  <dc:subject>Technical Data Sheet</dc:subject>
  <dc:creator>FAST / 富可耐</dc:creator>
  <cp:keywords>FAST, TDS, 228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