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229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Medium-hard grade for PVC surface treatment with anti-blocking, abrasion resistance, yellowing resistance and hand-feel adjustment.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abrasion and 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 with strong anti-blocking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treatment, anti-blocking and hand-feel adjustment.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229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中硬型，适用于PVC表面处理、防粘，耐磨耗，耐黄变及手感。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粘着力强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耐磨耗，耐黄变极佳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手感舒适，防粘性特强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适用于PVC革表面处理、防粘处理及手感调节，可根据实际需求调整用量和工艺。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229 TDS</dc:title>
  <dc:subject>Technical Data Sheet</dc:subject>
  <dc:creator>FAST / 富可耐</dc:creator>
  <cp:keywords>FAST, TDS, 229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