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230  PVC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Materials for PVC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Medium-hard grade for PVC surface treatment, intended to improve surface smoothness, softness and hand feel.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Improves surface smoothness.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Softness with comfortable hand.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Abrasion and scratch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Character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Medium-hard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PVC leather surface treatment to improve smoothness and softness. Process and dosage may be adjusted according to actual requirements.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230  PVC表面处理剂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PVC专用水性材料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中硬型，适用于PVC表面处理，提高革面平滑性，柔软性，手感舒适。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提高革面平滑性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柔软性，手感舒适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耐磨耐刮性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±12%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特性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中硬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适用于PVC革表面处理，提高革面平滑性，柔软性，可根据实际需求调整工艺和用量。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230 TDS</dc:title>
  <dc:subject>Technical Data Sheet</dc:subject>
  <dc:creator>FAST / 富可耐</dc:creator>
  <cp:keywords>FAST, TDS, 230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