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2530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2530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底涂树脂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超级柔软底涂树脂 / Soft basecoat resins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固含量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约20%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液体颜色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乳白色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pH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7-8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特性：适合于磨革较重的皮坯封底，对绒毛长有特优封闭效果 手感平细舒适、绵软，保持皮革柔软度、丰满度、提升等级，成膜不粘，丰满度很好。</w:t>
      </w:r>
    </w:p>
    <w:p>
      <w:r>
        <w:t>应用：各类皮革中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