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2531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2531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底涂树脂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超级柔软底涂树脂 / Soft basecoat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特性：成膜超柔软而透明，手感丰满度舒适，渗透性， 封闭性和倒毛性特优，耐曲挠性好， 高温烫革不粘，提高成革等级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