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4350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4350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特性：聚酯聚醚乳液，成膜柔软，耐曲折、耐寒，粘接性极佳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