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4360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4360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高固含聚氨酯乳液 / High-solids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特性：聚酯聚醚乳液，成膜柔软，耐曲折、耐寒，粘接性极佳</w:t>
      </w:r>
    </w:p>
    <w:p>
      <w:r>
        <w:t>应用：水性油墨，印花胶浆；印花胶浆，人造革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