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5200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5200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芳香族聚氨酯乳液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300-1200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特性：聚醚型乳液，高性价比，在耐紫外线黄变无要求的场景有极高使用价值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