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5300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5300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高固含聚氨酯乳液 / High-solids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100-800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特性：聚醚型乳液，耐水解耐寒，成膜丰满，弹性佳</w:t>
      </w:r>
    </w:p>
    <w:p>
      <w:r>
        <w:t>应用：水性油墨，印花胶浆；印花胶浆，人造革</w:t>
      </w:r>
    </w:p>
    <w:p>
      <w:r>
        <w:t>应用类别：水性油墨和印刷材料、鞋材服装印花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