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5320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5320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高固含聚氨酯乳液 / High-solids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45±2%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100-800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特性：聚醚型乳液，配方中添加能大幅提升低温绕曲性</w:t>
      </w:r>
    </w:p>
    <w:p>
      <w:r>
        <w:t>应用：水性油墨，印花胶浆；印花胶浆，人造革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