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5440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5440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100-600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特性：耐黄变好，柔软耐折</w:t>
      </w:r>
    </w:p>
    <w:p>
      <w:r>
        <w:t>应用：水性油墨；皮革，人造革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