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5450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5450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水性油墨及纸包装涂层聚氨酯乳液 / Ink and paper-coating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透明至微白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100-600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特性：中等软度，弹性好</w:t>
      </w:r>
    </w:p>
    <w:p>
      <w:r>
        <w:t>应用：水性油墨；皮革，人造革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