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5460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5460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水性油墨及纸包装涂层聚氨酯乳液 / Ink and paper-coating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35±2%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透明至微白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500-1500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特性：手感柔软，成膜通透光亮</w:t>
      </w:r>
    </w:p>
    <w:p>
      <w:r>
        <w:t>应用：水性油墨，纸包装涂层；皮革，人造革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