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5480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5480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水性油墨及纸包装涂层聚氨酯乳液 / Ink and paper-coating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30±2%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透明至微白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100-600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特性：中度硬度，光泽良好，耐水耐油</w:t>
      </w:r>
    </w:p>
    <w:p>
      <w:r>
        <w:t>应用：纸包装涂层，水性油墨</w:t>
      </w:r>
    </w:p>
    <w:p>
      <w:r>
        <w:t>应用类别：水性油墨和印刷材料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