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5490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5490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38±2%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特性：高光泽，硬度高，耐黄变</w:t>
      </w:r>
    </w:p>
    <w:p>
      <w:r>
        <w:t>应用：水性油墨；皮革，人造革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