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5600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5600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特性：聚醚型乳液，耐黄变，物性极高，手感丰满弹性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