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5660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5660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特性：聚醚型乳液，成膜柔软丰满，低温绕曲性极佳，高耐候，耐曲挠老化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