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5884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5884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自消光聚氨酯乳液 / Self-matting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40±2%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1000-3000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特性：手感中硬，哑度好，自消光</w:t>
      </w:r>
    </w:p>
    <w:p>
      <w:r>
        <w:t>应用：水性油墨，上光油，各种需要低光泽涂层</w:t>
      </w:r>
    </w:p>
    <w:p>
      <w:r>
        <w:t>应用类别：水性油墨和印刷材料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