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5910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5910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粘接型聚氨酯乳液 / Bonding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20-300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特性：粘合性极佳，耐黄变性好</w:t>
      </w:r>
    </w:p>
    <w:p>
      <w:r>
        <w:t>应用：纸纸，纸塑的粘合及热转移工艺的粘接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