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631  Synthetic Leather Printing Emulsion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Printing Materials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Designed for PU/PVC synthetic leather substrates with dedicated leather printing coatings. After high-temperature curing and surface sealing, the system provides moderate substrate flexibility, tensile resistance and reduced cracking, with strong integration between the printed layer and the leather substrate.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Strong color fastness with water and stain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Natural surface texture while retaining the original hand and texture.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Supports solid colors, gradients and geometric patterns.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Supports high-definition digital patterns and multiple printing effects.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Suitable for embossed, smooth, matte and glossy synthetic leather substrates.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Milky white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±22%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7-9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luggage fabrics, automotive interiors, sofa upholstery, belts, stationery packaging and outdoor leisure products.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631  合成革印花乳液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水性印花专用材料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以PU/PVC合成革为基材，搭配专用皮革印花涂料，经高温固化，表面封底处理成型，基材柔韧度适中，抗拉伸，不易开裂，印花层与皮革基材深度结合。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色彩牢固不褪色，防水，防污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表面纹路自然，保留原有手感与质感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可实现纯色，渐变，几何图案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高清数码图案，多种印花效果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适合压纹，平纹，哑光，亮面等各类合成革基材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乳白色液体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±22%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7-9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适合于箱包面料，汽车内饰，沙发软包，皮带，文具包装，户外休闲用品等。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631 TDS</dc:title>
  <dc:subject>Technical Data Sheet</dc:subject>
  <dc:creator>FAST / 富可耐</dc:creator>
  <cp:keywords>FAST, TDS, 631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