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7330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7330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聚氨酯封底剂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超级柔软底涂树脂 / Soft basecoat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特性：成膜柔软、细腻，手感滋润，渗透性和封闭性极佳，烫光后表面平滑，手感舒适不影响皮身，再涂性很好</w:t>
      </w:r>
    </w:p>
    <w:p>
      <w:r>
        <w:t>应用：各类皮革，适合辊 涂、刮板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