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7332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7332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聚氨酯封底剂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超级柔软底涂树脂 / Soft basecoat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特性：成膜柔软，手感丰满舒适，渗透性小， 封闭性强，耐压性强，高温不粘， 堆叠性好，耐摔。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