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BS-25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BS-25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混补膏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补伤膏 / Repair pastes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固含量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约25%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液体颜色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乳白色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离子性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阴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特性：遮盖性极佳，辊补均匀，流平性 好，分散性极佳，补伤性特优</w:t>
      </w:r>
    </w:p>
    <w:p>
      <w:r>
        <w:t>应用：沙发革、修面革、 汽车革、箱包革</w:t>
      </w:r>
    </w:p>
    <w:p>
      <w:r>
        <w:t>应用类别：真皮涂饰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来源：真皮涂层材料 补充版。数值和描述依照所提供产品文档整理，属于参考资料；文档未列出的指标未作推定。具体批次以供应方最新规格资料为准。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