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BS-30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BS-30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耐切革补伤膏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补伤膏 / Repair pastes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阴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特性：遮盖性极佳，压花定型好，抗切 割性，耐摔性，提高利用率</w:t>
      </w:r>
    </w:p>
    <w:p>
      <w:r>
        <w:t>应用：沙发革、修面革、 汽车革、箱包革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