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BS-35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BS-35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补伤膏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补伤膏 / Repair pastes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透明微黄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特性：遮盖性极佳，打磨性适合针眼， 砂眼，刺划伤等伤残的遮盖，结 合性能佳</w:t>
      </w:r>
    </w:p>
    <w:p>
      <w:r>
        <w:t>应用：沙发革、修面革、 汽车革、箱包革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