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F-20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F-20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消光填料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助剂 / Fillers and waxes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特性：用于底涂和表面消光，遮盖力 强，对伤残有明显填补效果，消 光性，离板性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