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F-21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F-21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水性填料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 / Fillers and waxes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约43%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糊状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特性：获得干爽热塑涂层，消光填充效 果，可改善粘板及提高遮盖力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