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F-51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F-51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离板蜡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 / Fillers and waxes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特性：离板性及防粘性，绵蜡感堆叠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