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F-52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F-52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离板蜡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助剂 / Fillers and waxes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约11%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微白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特性：离板性及防粘性，堆叠性，填充 性，柔软，自然蜡感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