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H-41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H-41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飘红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H- 系列高物性能颜料膏 / H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