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H-44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H-44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艳红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H- 系列高物性能颜料膏 / H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