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H-83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H-83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特紫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H- 系列高物性能颜料膏 / H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1.4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