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H-97  Black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Black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Inorganic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H-97  黑色水性色浆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黑色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无机颜料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H-97 TDS</dc:title>
  <dc:subject>Technical Data Sheet</dc:subject>
  <dc:creator>FAST / 富可耐</dc:creator>
  <cp:keywords>FAST, TDS, H-97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