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L-13  Softening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Dry-process additive.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Provides softness, good fullness, a smooth hand and good rebound/soft-care effect.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Type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Dry-process additive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Provides softness, good fullness, a smooth hand and good rebound/soft-care effect.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L-13  柔软助剂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干法助剂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使用后能够赋予皮柔软，丰满度好，滑爽手感，良好的回弹性柔软护理作用。适合皮革、合成革、超纤、纺织（PU/PVC）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类型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干法助剂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使用后能够赋予皮柔软，丰满度好，滑爽手感，良好的回弹性柔软护理作用。适合皮革、合成革、超纤、纺织（PU/PVC）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L-13 TDS</dc:title>
  <dc:subject>Technical Data Sheet</dc:subject>
  <dc:creator>FAST / 富可耐</dc:creator>
  <cp:keywords>FAST, TDS, L-13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