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L-14  Softening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Additives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Dry-process additive.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leather softness, wetting and color development. Suitable for leather, synthetic leather, microfiber and textile (PU/PVC) applications.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Type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Dry-process additive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Improves leather softness, wetting and color development. Suitable for leather, synthetic leather, microfiber and textile (PU/PVC) applications.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L-14  柔软剂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水性助剂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干法助剂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改善皮革的柔软性，提高润湿性和展色性能。适合皮革、合成革、超纤、纺织（PU/PVC）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类型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干法助剂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改善皮革的柔软性，提高润湿性和展色性能。适合皮革、合成革、超纤、纺织（PU/PVC）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5℃～40℃，密封的原包装中至少可以保存一年，每次使用后应重新密封。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L-14 TDS</dc:title>
  <dc:subject>Technical Data Sheet</dc:subject>
  <dc:creator>FAST / 富可耐</dc:creator>
  <cp:keywords>FAST, TDS, L-14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