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L-15  Water-Repellent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Dry-process additive.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Provides excellent water repellency with reduced water penetration and water marks, producing a lotus-leaf effect.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Type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Dry-process additive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Provides excellent water repellency with reduced water penetration and water marks, producing a lotus-leaf effect. Suitable for leather, synthetic leather, microfiber and textile (PU/PVC)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L-15  泼水剂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干法助剂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可赋予革面极佳的防水效果，不渗水，无水痕，有荷叶效果。适合皮革、合成革、超纤、纺织（PU/PVC）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类型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干法助剂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可赋予革面极佳的防水效果，不渗水，无水痕，有荷叶效果。适合皮革、合成革、超纤、纺织（PU/PVC）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L-15 TDS</dc:title>
  <dc:subject>Technical Data Sheet</dc:subject>
  <dc:creator>FAST / 富可耐</dc:creator>
  <cp:keywords>FAST, TDS, L-15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