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L-57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L-57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渗透剂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渗透剂 / Penetrating and thickening additives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约8%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离子性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非离子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6-7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特性：渗透效果很强，与任何水性材料相容性极佳，在涂饰中能增加树脂的渗透深度</w:t>
      </w:r>
    </w:p>
    <w:p>
      <w:r>
        <w:t>应用：各类皮革中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