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L-66  Wetting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Dry-process additive.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leather softness, lubrication and color development. Application: coating wetting.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Type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Dry-process additive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Improves leather softness, lubrication and color development. Application: coating wetting.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L-66  润湿剂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干法助剂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改善皮革的柔软性、提高润滑性和展色性。应用：涂层润湿。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类型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干法助剂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改善皮革的柔软性、提高润滑性和展色性。应用：涂层润湿。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L-66 TDS</dc:title>
  <dc:subject>Technical Data Sheet</dc:subject>
  <dc:creator>FAST / 富可耐</dc:creator>
  <cp:keywords>FAST, TDS, L-66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