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L-80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L-80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增稠剂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渗透剂 / Penetrating and thickening additives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特性：增加稠度，流动性，稳定性</w:t>
      </w:r>
    </w:p>
    <w:p>
      <w:r>
        <w:t>应用：各类皮革，适合 辊涂、刮板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