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L-81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L-81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增稠剂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渗透剂 / Penetrating and thickening additives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约20%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液体颜色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透明液体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7-9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特性：辊涂专用高效PU增稠剂，亦适用于各种水性涂饰；黏度长效稳定，改善耐干湿擦性，增进流动及平坦性，减少气泡及缩孔；用量0.5%—3%</w:t>
      </w:r>
    </w:p>
    <w:p>
      <w:r>
        <w:t>应用：各类水性涂饰，适合辊涂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