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LN-381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LN-381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高光酪素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酪素 / Casein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微黄液体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特性：成膜通透，有清晰粒面，改进离 板性和堆叠性，自然柔软，无塑 感，提高光泽度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