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LW-828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LW-828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水性硝化棉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顶涂处理剂（光油） / Topcoat treatments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约10%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中软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特性：特优耐干湿擦性，烫板性，耐磨， 耐干鼓摔软，离板性特佳</w:t>
      </w:r>
    </w:p>
    <w:p>
      <w:r>
        <w:t>应用：适合各类皮革中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