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LW-858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LW-858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水性硝化棉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顶涂处理剂（光油） / Topcoat treatments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特性：高含量，高光泽，耐磨耗特优， 手感舒适</w:t>
      </w:r>
    </w:p>
    <w:p>
      <w:r>
        <w:t>应用：适合各类皮革顶 涂层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